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A7D" w:rsidRPr="001B3A7D" w:rsidRDefault="001B3A7D">
      <w:pPr>
        <w:spacing w:after="80" w:line="252" w:lineRule="auto"/>
        <w:jc w:val="center"/>
        <w:rPr>
          <w:rFonts w:ascii="Arial" w:hAnsi="Arial" w:cs="Arial"/>
          <w:b/>
          <w:color w:val="auto"/>
          <w:sz w:val="29"/>
        </w:rPr>
      </w:pPr>
      <w:r w:rsidRPr="001B3A7D">
        <w:rPr>
          <w:rFonts w:ascii="Arial" w:hAnsi="Arial" w:cs="Arial"/>
          <w:b/>
          <w:color w:val="auto"/>
          <w:sz w:val="29"/>
        </w:rPr>
        <w:t>RICHIESTA DI ACCREDITAMENTO ALLA PIATTAFORMA “STAY TOUR”</w:t>
      </w:r>
    </w:p>
    <w:p w:rsidR="00391254" w:rsidRPr="001B3A7D" w:rsidRDefault="001B3A7D">
      <w:pPr>
        <w:spacing w:after="80" w:line="252" w:lineRule="auto"/>
        <w:jc w:val="center"/>
        <w:rPr>
          <w:rFonts w:ascii="Arial" w:hAnsi="Arial" w:cs="Arial"/>
        </w:rPr>
      </w:pPr>
      <w:r w:rsidRPr="001B3A7D">
        <w:rPr>
          <w:rFonts w:ascii="Arial" w:hAnsi="Arial" w:cs="Arial"/>
          <w:b/>
          <w:color w:val="auto"/>
          <w:sz w:val="29"/>
        </w:rPr>
        <w:t xml:space="preserve"> PER LA GESTIONE DELL’IMPOSTA DI SOGGIORNO</w:t>
      </w:r>
    </w:p>
    <w:tbl>
      <w:tblPr>
        <w:tblW w:w="0" w:type="auto"/>
        <w:jc w:val="center"/>
        <w:tblBorders>
          <w:top w:val="single" w:sz="6" w:space="0" w:color="D9E1F2"/>
          <w:left w:val="single" w:sz="6" w:space="0" w:color="D9E1F2"/>
          <w:bottom w:val="single" w:sz="6" w:space="0" w:color="D9E1F2"/>
          <w:right w:val="single" w:sz="6" w:space="0" w:color="D9E1F2"/>
          <w:insideH w:val="single" w:sz="6" w:space="0" w:color="D9E1F2"/>
          <w:insideV w:val="single" w:sz="6" w:space="0" w:color="D9E1F2"/>
        </w:tblBorders>
        <w:tblLayout w:type="fixed"/>
        <w:tblLook w:val="04A0" w:firstRow="1" w:lastRow="0" w:firstColumn="1" w:lastColumn="0" w:noHBand="0" w:noVBand="1"/>
      </w:tblPr>
      <w:tblGrid>
        <w:gridCol w:w="9972"/>
      </w:tblGrid>
      <w:tr w:rsidR="00391254">
        <w:trPr>
          <w:jc w:val="center"/>
        </w:trPr>
        <w:tc>
          <w:tcPr>
            <w:tcW w:w="9972" w:type="dxa"/>
            <w:shd w:val="clear" w:color="auto" w:fill="F6F8FC"/>
            <w:tcMar>
              <w:top w:w="70" w:type="dxa"/>
              <w:left w:w="100" w:type="dxa"/>
              <w:bottom w:w="70" w:type="dxa"/>
              <w:right w:w="100" w:type="dxa"/>
            </w:tcMar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sz w:val="24"/>
                <w:szCs w:val="24"/>
              </w:rPr>
            </w:pPr>
            <w:r w:rsidRPr="001B3A7D">
              <w:rPr>
                <w:rFonts w:ascii="Arial" w:hAnsi="Arial" w:cs="Arial"/>
                <w:b/>
                <w:color w:val="auto"/>
                <w:sz w:val="24"/>
                <w:szCs w:val="24"/>
              </w:rPr>
              <w:t>Al Comune di Castelfranco Veneto</w:t>
            </w:r>
            <w:r w:rsidRPr="001B3A7D">
              <w:rPr>
                <w:rFonts w:ascii="Arial" w:hAnsi="Arial" w:cs="Arial"/>
                <w:b/>
                <w:color w:val="auto"/>
                <w:sz w:val="24"/>
                <w:szCs w:val="24"/>
              </w:rPr>
              <w:br/>
              <w:t>Ufficio Tributi</w:t>
            </w:r>
            <w:r w:rsidRPr="001B3A7D">
              <w:rPr>
                <w:rFonts w:ascii="Arial" w:hAnsi="Arial" w:cs="Arial"/>
                <w:b/>
                <w:color w:val="auto"/>
                <w:sz w:val="24"/>
                <w:szCs w:val="24"/>
              </w:rPr>
              <w:br/>
            </w:r>
            <w:r w:rsidRPr="001B3A7D">
              <w:rPr>
                <w:rFonts w:ascii="Arial" w:hAnsi="Arial" w:cs="Arial"/>
                <w:color w:val="auto"/>
                <w:sz w:val="24"/>
                <w:szCs w:val="24"/>
              </w:rPr>
              <w:t>e-mail: tributi@comune.castelfranco-veneto.tv.it</w:t>
            </w:r>
          </w:p>
        </w:tc>
      </w:tr>
    </w:tbl>
    <w:p w:rsidR="001B3A7D" w:rsidRPr="001B3A7D" w:rsidRDefault="001B3A7D">
      <w:pPr>
        <w:spacing w:after="60" w:line="252" w:lineRule="auto"/>
        <w:rPr>
          <w:rFonts w:ascii="Arial" w:hAnsi="Arial" w:cs="Arial"/>
          <w:b/>
          <w:color w:val="auto"/>
          <w:sz w:val="22"/>
        </w:rPr>
      </w:pPr>
    </w:p>
    <w:p w:rsidR="00391254" w:rsidRPr="001B3A7D" w:rsidRDefault="00BE2ABF">
      <w:pPr>
        <w:spacing w:after="60" w:line="252" w:lineRule="auto"/>
        <w:rPr>
          <w:rFonts w:ascii="Arial" w:hAnsi="Arial" w:cs="Arial"/>
          <w:color w:val="auto"/>
          <w:sz w:val="24"/>
          <w:lang w:val="it-IT"/>
        </w:rPr>
      </w:pPr>
      <w:bookmarkStart w:id="0" w:name="_GoBack"/>
      <w:bookmarkEnd w:id="0"/>
      <w:r w:rsidRPr="001B3A7D">
        <w:rPr>
          <w:rFonts w:ascii="Arial" w:hAnsi="Arial" w:cs="Arial"/>
          <w:b/>
          <w:color w:val="auto"/>
          <w:sz w:val="24"/>
          <w:lang w:val="it-IT"/>
        </w:rPr>
        <w:t xml:space="preserve">Oggetto: </w:t>
      </w:r>
      <w:r w:rsidRPr="001B3A7D">
        <w:rPr>
          <w:rFonts w:ascii="Arial" w:hAnsi="Arial" w:cs="Arial"/>
          <w:color w:val="auto"/>
          <w:sz w:val="24"/>
          <w:lang w:val="it-IT"/>
        </w:rPr>
        <w:t xml:space="preserve">richiesta di accreditamento al </w:t>
      </w:r>
      <w:r w:rsidRPr="001B3A7D">
        <w:rPr>
          <w:rFonts w:ascii="Arial" w:hAnsi="Arial" w:cs="Arial"/>
          <w:color w:val="auto"/>
          <w:sz w:val="24"/>
          <w:lang w:val="it-IT"/>
        </w:rPr>
        <w:t>servizio “Stay Tour” per la gestione dell’imposta di soggiorno.</w:t>
      </w:r>
    </w:p>
    <w:p w:rsidR="001B3A7D" w:rsidRPr="001B3A7D" w:rsidRDefault="001B3A7D">
      <w:pPr>
        <w:spacing w:after="40" w:line="252" w:lineRule="auto"/>
        <w:rPr>
          <w:b/>
          <w:color w:val="auto"/>
          <w:sz w:val="24"/>
          <w:lang w:val="it-IT"/>
        </w:rPr>
      </w:pPr>
    </w:p>
    <w:p w:rsidR="00391254" w:rsidRPr="001B3A7D" w:rsidRDefault="00BE2ABF" w:rsidP="001B3A7D">
      <w:pPr>
        <w:spacing w:after="40" w:line="252" w:lineRule="auto"/>
        <w:jc w:val="center"/>
        <w:rPr>
          <w:rFonts w:ascii="Arial" w:hAnsi="Arial" w:cs="Arial"/>
          <w:color w:val="auto"/>
          <w:sz w:val="20"/>
          <w:szCs w:val="20"/>
          <w:lang w:val="it-IT"/>
        </w:rPr>
      </w:pPr>
      <w:r w:rsidRPr="001B3A7D">
        <w:rPr>
          <w:rFonts w:ascii="Arial" w:hAnsi="Arial" w:cs="Arial"/>
          <w:b/>
          <w:color w:val="auto"/>
          <w:sz w:val="20"/>
          <w:szCs w:val="20"/>
          <w:lang w:val="it-IT"/>
        </w:rPr>
        <w:t>Dati del richiedente e della struttura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1B3A7D" w:rsidRPr="001B3A7D" w:rsidTr="001B3A7D">
        <w:trPr>
          <w:trHeight w:val="767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Nome e cognome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391254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</w:tc>
      </w:tr>
      <w:tr w:rsidR="001B3A7D" w:rsidRPr="001B3A7D" w:rsidTr="001B3A7D">
        <w:trPr>
          <w:trHeight w:val="709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Codice fiscale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391254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</w:tc>
      </w:tr>
      <w:tr w:rsidR="001B3A7D" w:rsidRPr="001B3A7D" w:rsidTr="001B3A7D">
        <w:trPr>
          <w:trHeight w:val="424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Qualifica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391254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</w:tc>
      </w:tr>
      <w:tr w:rsidR="001B3A7D" w:rsidRPr="001B3A7D" w:rsidTr="001B3A7D">
        <w:trPr>
          <w:trHeight w:val="1132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Recapiti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1B3A7D" w:rsidRDefault="001B3A7D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  <w:p w:rsidR="001B3A7D" w:rsidRDefault="00BE2ABF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 xml:space="preserve">e-mail: </w:t>
            </w:r>
            <w:r w:rsid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>___________________________________</w:t>
            </w:r>
          </w:p>
          <w:p w:rsidR="001B3A7D" w:rsidRDefault="001B3A7D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  <w:p w:rsidR="001B3A7D" w:rsidRDefault="00BE2ABF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>PEC:</w:t>
            </w:r>
            <w:r w:rsid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 xml:space="preserve"> ____________________________________</w:t>
            </w:r>
          </w:p>
          <w:p w:rsidR="001B3A7D" w:rsidRDefault="001B3A7D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  <w:p w:rsidR="00391254" w:rsidRPr="001B3A7D" w:rsidRDefault="001B3A7D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>Telefono:_________________________________</w:t>
            </w:r>
          </w:p>
        </w:tc>
      </w:tr>
      <w:tr w:rsidR="001B3A7D" w:rsidRPr="001B3A7D" w:rsidTr="001B3A7D">
        <w:trPr>
          <w:trHeight w:val="691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Denominazione struttura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391254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</w:tc>
      </w:tr>
      <w:tr w:rsidR="001B3A7D" w:rsidRPr="001B3A7D" w:rsidTr="001B3A7D">
        <w:trPr>
          <w:trHeight w:val="571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Ubicazione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 xml:space="preserve">Via </w:t>
            </w:r>
          </w:p>
        </w:tc>
      </w:tr>
      <w:tr w:rsidR="001B3A7D" w:rsidRPr="001B3A7D" w:rsidTr="001B3A7D">
        <w:trPr>
          <w:trHeight w:val="430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CIR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391254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</w:tc>
      </w:tr>
      <w:tr w:rsidR="001B3A7D" w:rsidRPr="001B3A7D" w:rsidTr="001B3A7D">
        <w:trPr>
          <w:trHeight w:val="430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CIN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391254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</w:p>
        </w:tc>
      </w:tr>
      <w:tr w:rsidR="001B3A7D" w:rsidRPr="001B3A7D" w:rsidTr="001B3A7D">
        <w:trPr>
          <w:trHeight w:val="699"/>
          <w:jc w:val="center"/>
        </w:trPr>
        <w:tc>
          <w:tcPr>
            <w:tcW w:w="4986" w:type="dxa"/>
            <w:shd w:val="clear" w:color="auto" w:fill="EAF1FB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szCs w:val="20"/>
                <w:lang w:val="it-IT"/>
              </w:rPr>
              <w:t>Ulteriori elementi utili</w:t>
            </w:r>
          </w:p>
        </w:tc>
        <w:tc>
          <w:tcPr>
            <w:tcW w:w="4986" w:type="dxa"/>
            <w:tcMar>
              <w:top w:w="70" w:type="dxa"/>
              <w:left w:w="100" w:type="dxa"/>
              <w:bottom w:w="70" w:type="dxa"/>
              <w:right w:w="100" w:type="dxa"/>
            </w:tcMar>
            <w:vAlign w:val="center"/>
          </w:tcPr>
          <w:p w:rsidR="00391254" w:rsidRPr="001B3A7D" w:rsidRDefault="00BE2ABF" w:rsidP="001B3A7D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</w:pPr>
            <w:r w:rsidRP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 xml:space="preserve">Classificazione </w:t>
            </w:r>
            <w:r w:rsidRPr="001B3A7D">
              <w:rPr>
                <w:rFonts w:ascii="Arial" w:hAnsi="Arial" w:cs="Arial"/>
                <w:color w:val="auto"/>
                <w:sz w:val="20"/>
                <w:szCs w:val="20"/>
                <w:lang w:val="it-IT"/>
              </w:rPr>
              <w:t xml:space="preserve">nazionale: </w:t>
            </w:r>
          </w:p>
        </w:tc>
      </w:tr>
    </w:tbl>
    <w:p w:rsidR="001B3A7D" w:rsidRPr="001B3A7D" w:rsidRDefault="001B3A7D">
      <w:pPr>
        <w:spacing w:before="60" w:after="40" w:line="264" w:lineRule="auto"/>
        <w:jc w:val="both"/>
        <w:rPr>
          <w:lang w:val="it-IT"/>
        </w:rPr>
      </w:pPr>
    </w:p>
    <w:p w:rsidR="00391254" w:rsidRPr="001B3A7D" w:rsidRDefault="00BE2ABF" w:rsidP="001B3A7D">
      <w:pPr>
        <w:spacing w:before="60" w:after="40" w:line="264" w:lineRule="auto"/>
        <w:jc w:val="both"/>
        <w:rPr>
          <w:rFonts w:ascii="Arial" w:hAnsi="Arial" w:cs="Arial"/>
          <w:color w:val="auto"/>
          <w:sz w:val="20"/>
          <w:lang w:val="it-IT"/>
        </w:rPr>
      </w:pPr>
      <w:r w:rsidRPr="001B3A7D">
        <w:rPr>
          <w:rFonts w:ascii="Arial" w:hAnsi="Arial" w:cs="Arial"/>
          <w:color w:val="auto"/>
          <w:sz w:val="20"/>
          <w:lang w:val="it-IT"/>
        </w:rPr>
        <w:t xml:space="preserve">Il sottoscritto </w:t>
      </w:r>
      <w:r w:rsidR="001B3A7D" w:rsidRPr="001B3A7D">
        <w:rPr>
          <w:rFonts w:ascii="Arial" w:hAnsi="Arial" w:cs="Arial"/>
          <w:color w:val="auto"/>
          <w:sz w:val="20"/>
          <w:lang w:val="it-IT"/>
        </w:rPr>
        <w:t>________________________________________</w:t>
      </w:r>
      <w:r w:rsidRPr="001B3A7D">
        <w:rPr>
          <w:rFonts w:ascii="Arial" w:hAnsi="Arial" w:cs="Arial"/>
          <w:color w:val="auto"/>
          <w:sz w:val="20"/>
          <w:lang w:val="it-IT"/>
        </w:rPr>
        <w:t xml:space="preserve">, codice fiscale </w:t>
      </w:r>
      <w:r w:rsidR="001B3A7D" w:rsidRPr="001B3A7D">
        <w:rPr>
          <w:rFonts w:ascii="Arial" w:hAnsi="Arial" w:cs="Arial"/>
          <w:color w:val="auto"/>
          <w:sz w:val="20"/>
          <w:lang w:val="it-IT"/>
        </w:rPr>
        <w:t>_______________________________________</w:t>
      </w:r>
      <w:r w:rsidRPr="001B3A7D">
        <w:rPr>
          <w:rFonts w:ascii="Arial" w:hAnsi="Arial" w:cs="Arial"/>
          <w:color w:val="auto"/>
          <w:sz w:val="20"/>
          <w:lang w:val="it-IT"/>
        </w:rPr>
        <w:t>, in qualità di gestore della struttura ricettiva sopra indicata, chiede l’accreditamento alla piattaforma digitale “Stay</w:t>
      </w:r>
      <w:r w:rsidRPr="001B3A7D">
        <w:rPr>
          <w:rFonts w:ascii="Arial" w:hAnsi="Arial" w:cs="Arial"/>
          <w:color w:val="auto"/>
          <w:sz w:val="20"/>
          <w:lang w:val="it-IT"/>
        </w:rPr>
        <w:t xml:space="preserve"> Tour”, ai fini della gestione degli adempimenti connessi all’imposta di soggiorno nel territorio del Comune di Castelfranco Veneto.</w:t>
      </w:r>
    </w:p>
    <w:p w:rsidR="00391254" w:rsidRPr="001B3A7D" w:rsidRDefault="00BE2ABF" w:rsidP="001B3A7D">
      <w:pPr>
        <w:spacing w:after="40" w:line="264" w:lineRule="auto"/>
        <w:jc w:val="both"/>
        <w:rPr>
          <w:rFonts w:ascii="Arial" w:hAnsi="Arial" w:cs="Arial"/>
          <w:color w:val="auto"/>
          <w:sz w:val="20"/>
          <w:lang w:val="it-IT"/>
        </w:rPr>
      </w:pPr>
      <w:r w:rsidRPr="001B3A7D">
        <w:rPr>
          <w:rFonts w:ascii="Arial" w:hAnsi="Arial" w:cs="Arial"/>
          <w:color w:val="auto"/>
          <w:sz w:val="20"/>
          <w:lang w:val="it-IT"/>
        </w:rPr>
        <w:t>A tal fine comunica i recapiti sopra riportati e resta a disposizione per eventuali integrazioni documentali o per ulterior</w:t>
      </w:r>
      <w:r w:rsidRPr="001B3A7D">
        <w:rPr>
          <w:rFonts w:ascii="Arial" w:hAnsi="Arial" w:cs="Arial"/>
          <w:color w:val="auto"/>
          <w:sz w:val="20"/>
          <w:lang w:val="it-IT"/>
        </w:rPr>
        <w:t>i adempimenti che l’Ufficio ritenga necessari.</w:t>
      </w:r>
    </w:p>
    <w:p w:rsidR="00391254" w:rsidRPr="001B3A7D" w:rsidRDefault="00BE2ABF" w:rsidP="001B3A7D">
      <w:pPr>
        <w:spacing w:after="40" w:line="264" w:lineRule="auto"/>
        <w:jc w:val="both"/>
        <w:rPr>
          <w:rFonts w:ascii="Arial" w:hAnsi="Arial" w:cs="Arial"/>
          <w:b/>
          <w:color w:val="auto"/>
          <w:sz w:val="20"/>
          <w:lang w:val="it-IT"/>
        </w:rPr>
      </w:pPr>
      <w:r w:rsidRPr="001B3A7D">
        <w:rPr>
          <w:rFonts w:ascii="Arial" w:hAnsi="Arial" w:cs="Arial"/>
          <w:b/>
          <w:color w:val="auto"/>
          <w:sz w:val="20"/>
          <w:lang w:val="it-IT"/>
        </w:rPr>
        <w:t>Si allega copia di un documento di riconoscimento in corso di validità.</w:t>
      </w:r>
    </w:p>
    <w:tbl>
      <w:tblPr>
        <w:tblW w:w="0" w:type="auto"/>
        <w:jc w:val="center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1B3A7D" w:rsidRPr="001B3A7D">
        <w:trPr>
          <w:jc w:val="center"/>
        </w:trPr>
        <w:tc>
          <w:tcPr>
            <w:tcW w:w="4986" w:type="dxa"/>
            <w:tcMar>
              <w:top w:w="20" w:type="dxa"/>
              <w:left w:w="0" w:type="dxa"/>
              <w:bottom w:w="20" w:type="dxa"/>
              <w:right w:w="0" w:type="dxa"/>
            </w:tcMar>
          </w:tcPr>
          <w:p w:rsidR="001B3A7D" w:rsidRPr="001B3A7D" w:rsidRDefault="001B3A7D">
            <w:pPr>
              <w:spacing w:after="0" w:line="252" w:lineRule="auto"/>
              <w:rPr>
                <w:rFonts w:ascii="Arial" w:hAnsi="Arial" w:cs="Arial"/>
                <w:b/>
                <w:color w:val="auto"/>
                <w:sz w:val="20"/>
                <w:lang w:val="it-IT"/>
              </w:rPr>
            </w:pPr>
          </w:p>
          <w:p w:rsidR="001B3A7D" w:rsidRPr="001B3A7D" w:rsidRDefault="001B3A7D">
            <w:pPr>
              <w:spacing w:after="0" w:line="252" w:lineRule="auto"/>
              <w:rPr>
                <w:rFonts w:ascii="Arial" w:hAnsi="Arial" w:cs="Arial"/>
                <w:b/>
                <w:color w:val="auto"/>
                <w:sz w:val="20"/>
                <w:lang w:val="it-IT"/>
              </w:rPr>
            </w:pPr>
          </w:p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lang w:val="it-IT"/>
              </w:rPr>
              <w:t>Luogo e data</w:t>
            </w:r>
          </w:p>
        </w:tc>
        <w:tc>
          <w:tcPr>
            <w:tcW w:w="4986" w:type="dxa"/>
            <w:tcMar>
              <w:top w:w="20" w:type="dxa"/>
              <w:left w:w="0" w:type="dxa"/>
              <w:bottom w:w="20" w:type="dxa"/>
              <w:right w:w="0" w:type="dxa"/>
            </w:tcMar>
          </w:tcPr>
          <w:p w:rsidR="00391254" w:rsidRPr="001B3A7D" w:rsidRDefault="00BE2ABF">
            <w:pPr>
              <w:spacing w:after="0" w:line="252" w:lineRule="auto"/>
              <w:jc w:val="center"/>
              <w:rPr>
                <w:rFonts w:ascii="Arial" w:hAnsi="Arial" w:cs="Arial"/>
                <w:color w:val="auto"/>
                <w:sz w:val="20"/>
                <w:lang w:val="it-IT"/>
              </w:rPr>
            </w:pPr>
            <w:r w:rsidRPr="001B3A7D">
              <w:rPr>
                <w:rFonts w:ascii="Arial" w:hAnsi="Arial" w:cs="Arial"/>
                <w:b/>
                <w:color w:val="auto"/>
                <w:sz w:val="20"/>
                <w:lang w:val="it-IT"/>
              </w:rPr>
              <w:t>Firma</w:t>
            </w:r>
          </w:p>
        </w:tc>
      </w:tr>
      <w:tr w:rsidR="001B3A7D" w:rsidRPr="001B3A7D">
        <w:trPr>
          <w:jc w:val="center"/>
        </w:trPr>
        <w:tc>
          <w:tcPr>
            <w:tcW w:w="4986" w:type="dxa"/>
            <w:tcMar>
              <w:top w:w="20" w:type="dxa"/>
              <w:left w:w="0" w:type="dxa"/>
              <w:bottom w:w="20" w:type="dxa"/>
              <w:right w:w="0" w:type="dxa"/>
            </w:tcMar>
          </w:tcPr>
          <w:p w:rsidR="00391254" w:rsidRPr="001B3A7D" w:rsidRDefault="00BE2ABF">
            <w:pPr>
              <w:spacing w:after="0" w:line="252" w:lineRule="auto"/>
              <w:rPr>
                <w:rFonts w:ascii="Arial" w:hAnsi="Arial" w:cs="Arial"/>
                <w:color w:val="auto"/>
                <w:sz w:val="20"/>
                <w:lang w:val="it-IT"/>
              </w:rPr>
            </w:pPr>
            <w:r w:rsidRPr="001B3A7D">
              <w:rPr>
                <w:rFonts w:ascii="Arial" w:hAnsi="Arial" w:cs="Arial"/>
                <w:color w:val="auto"/>
                <w:sz w:val="20"/>
                <w:lang w:val="it-IT"/>
              </w:rPr>
              <w:t>_____________________________</w:t>
            </w:r>
          </w:p>
        </w:tc>
        <w:tc>
          <w:tcPr>
            <w:tcW w:w="4986" w:type="dxa"/>
            <w:tcMar>
              <w:top w:w="20" w:type="dxa"/>
              <w:left w:w="0" w:type="dxa"/>
              <w:bottom w:w="20" w:type="dxa"/>
              <w:right w:w="0" w:type="dxa"/>
            </w:tcMar>
          </w:tcPr>
          <w:p w:rsidR="00391254" w:rsidRPr="001B3A7D" w:rsidRDefault="00BE2ABF" w:rsidP="001B3A7D">
            <w:pPr>
              <w:spacing w:after="0" w:line="252" w:lineRule="auto"/>
              <w:jc w:val="center"/>
              <w:rPr>
                <w:rFonts w:ascii="Arial" w:hAnsi="Arial" w:cs="Arial"/>
                <w:color w:val="auto"/>
                <w:sz w:val="20"/>
                <w:lang w:val="it-IT"/>
              </w:rPr>
            </w:pPr>
            <w:r w:rsidRPr="001B3A7D">
              <w:rPr>
                <w:rFonts w:ascii="Arial" w:hAnsi="Arial" w:cs="Arial"/>
                <w:color w:val="auto"/>
                <w:sz w:val="20"/>
                <w:lang w:val="it-IT"/>
              </w:rPr>
              <w:t>_____________________________</w:t>
            </w:r>
          </w:p>
        </w:tc>
      </w:tr>
    </w:tbl>
    <w:p w:rsidR="00BE2ABF" w:rsidRPr="001B3A7D" w:rsidRDefault="00BE2ABF">
      <w:pPr>
        <w:rPr>
          <w:sz w:val="18"/>
          <w:lang w:val="it-IT"/>
        </w:rPr>
      </w:pPr>
    </w:p>
    <w:sectPr w:rsidR="00BE2ABF" w:rsidRPr="001B3A7D" w:rsidSect="001B3A7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2ABF" w:rsidRDefault="00BE2ABF">
      <w:pPr>
        <w:spacing w:after="0" w:line="240" w:lineRule="auto"/>
      </w:pPr>
      <w:r>
        <w:separator/>
      </w:r>
    </w:p>
  </w:endnote>
  <w:endnote w:type="continuationSeparator" w:id="0">
    <w:p w:rsidR="00BE2ABF" w:rsidRDefault="00BE2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2ABF" w:rsidRDefault="00BE2ABF">
      <w:pPr>
        <w:spacing w:after="0" w:line="240" w:lineRule="auto"/>
      </w:pPr>
      <w:r>
        <w:separator/>
      </w:r>
    </w:p>
  </w:footnote>
  <w:footnote w:type="continuationSeparator" w:id="0">
    <w:p w:rsidR="00BE2ABF" w:rsidRDefault="00BE2A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1B3A7D"/>
    <w:rsid w:val="0029639D"/>
    <w:rsid w:val="00326F90"/>
    <w:rsid w:val="00391254"/>
    <w:rsid w:val="00AA1D8D"/>
    <w:rsid w:val="00B47730"/>
    <w:rsid w:val="00BE2ABF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8706DF"/>
  <w14:defaultImageDpi w14:val="300"/>
  <w15:docId w15:val="{BE3CB359-6D6B-4BCF-81EC-34E9569D6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C693F"/>
    <w:rPr>
      <w:rFonts w:ascii="Calibri" w:hAnsi="Calibri"/>
      <w:color w:val="232323"/>
      <w:sz w:val="21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0DF30D6-FD89-4B0B-AD23-B4B9EE31A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Gianfilippo Scattolin</cp:lastModifiedBy>
  <cp:revision>2</cp:revision>
  <dcterms:created xsi:type="dcterms:W3CDTF">2026-04-02T13:11:00Z</dcterms:created>
  <dcterms:modified xsi:type="dcterms:W3CDTF">2026-04-02T13:11:00Z</dcterms:modified>
  <cp:category/>
</cp:coreProperties>
</file>